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35D6"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09862B89"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7B40E39C"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0368C466"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65431FBF"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5B25C00C"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52456825"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4BB940D6"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1CF93314"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1F2937DF"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0B5122EF"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42B5D1C9"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543DF73E"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6842DC97"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6815693D"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187347F1"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199BA8E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03ABF3FA"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76BB5E9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0D27A29E"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449634E1" w14:textId="77777777" w:rsidR="00913BB3" w:rsidRDefault="00913BB3" w:rsidP="00687C7F">
      <w:pPr>
        <w:jc w:val="both"/>
        <w:rPr>
          <w:rFonts w:asciiTheme="majorBidi" w:hAnsiTheme="majorBidi" w:cstheme="majorBidi"/>
        </w:rPr>
      </w:pPr>
      <w:r>
        <w:rPr>
          <w:rFonts w:asciiTheme="majorBidi" w:hAnsiTheme="majorBidi" w:cstheme="majorBidi"/>
        </w:rPr>
        <w:t>(1)</w:t>
      </w:r>
    </w:p>
    <w:p w14:paraId="51777F64"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705F0F7E" w14:textId="77777777" w:rsidR="00687C7F" w:rsidRPr="00687C7F" w:rsidRDefault="00687C7F" w:rsidP="00687C7F">
      <w:pPr>
        <w:jc w:val="both"/>
        <w:rPr>
          <w:rFonts w:asciiTheme="majorBidi" w:hAnsiTheme="majorBidi" w:cstheme="majorBidi"/>
          <w:b/>
          <w:bCs/>
        </w:rPr>
      </w:pPr>
    </w:p>
    <w:p w14:paraId="09E251C2"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4A67320E"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73F80DDD" w14:textId="77777777" w:rsidR="00687C7F" w:rsidRPr="00687C7F" w:rsidRDefault="00687C7F" w:rsidP="00687C7F">
      <w:pPr>
        <w:jc w:val="both"/>
        <w:rPr>
          <w:rFonts w:asciiTheme="majorBidi" w:hAnsiTheme="majorBidi" w:cstheme="majorBidi"/>
        </w:rPr>
      </w:pPr>
    </w:p>
    <w:p w14:paraId="0E38BBC4" w14:textId="77777777" w:rsidR="00687C7F" w:rsidRPr="00687C7F" w:rsidRDefault="00687C7F" w:rsidP="00687C7F">
      <w:pPr>
        <w:jc w:val="both"/>
        <w:rPr>
          <w:rFonts w:asciiTheme="majorBidi" w:eastAsia="Times New Roman" w:hAnsiTheme="majorBidi" w:cstheme="majorBidi"/>
          <w:b/>
          <w:bCs/>
          <w:sz w:val="22"/>
          <w:lang w:eastAsia="de-DE"/>
        </w:rPr>
      </w:pPr>
    </w:p>
    <w:p w14:paraId="31881802"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5D0563B6"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D0DDB5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7A497E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064906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5CEC72CF"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2CF2D4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1092023"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622B7A7"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04C1F598"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5FD53A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28003F2"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4240433"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72F32C61"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FF76C43"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20107F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C9BE02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75FA7ADF" w14:textId="77777777" w:rsidR="00687C7F" w:rsidRPr="00687C7F" w:rsidRDefault="00687C7F" w:rsidP="00687C7F">
      <w:pPr>
        <w:jc w:val="both"/>
        <w:rPr>
          <w:rFonts w:asciiTheme="majorBidi" w:hAnsiTheme="majorBidi" w:cstheme="majorBidi"/>
        </w:rPr>
      </w:pPr>
    </w:p>
    <w:p w14:paraId="2548C41C" w14:textId="77777777" w:rsidR="00383F0F" w:rsidRPr="00687C7F" w:rsidRDefault="00383F0F" w:rsidP="00687C7F">
      <w:pPr>
        <w:jc w:val="both"/>
        <w:rPr>
          <w:rFonts w:asciiTheme="majorBidi" w:hAnsiTheme="majorBidi" w:cstheme="majorBidi"/>
        </w:rPr>
      </w:pPr>
    </w:p>
    <w:p w14:paraId="73982CD4"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67E8C3FA" wp14:editId="67B32FE6">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2FFCA5DF"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0A74225F" w14:textId="77777777" w:rsidR="00383F0F" w:rsidRPr="00687C7F" w:rsidRDefault="00383F0F" w:rsidP="00687C7F">
      <w:pPr>
        <w:jc w:val="both"/>
        <w:rPr>
          <w:rFonts w:asciiTheme="majorBidi" w:hAnsiTheme="majorBidi" w:cstheme="majorBidi"/>
          <w:b/>
          <w:bCs/>
          <w:sz w:val="22"/>
          <w:szCs w:val="20"/>
        </w:rPr>
      </w:pPr>
    </w:p>
    <w:p w14:paraId="24575F7E"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46F73B77"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15B12424"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47C43FBC"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4ECDF426"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4E1C426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2D2B3E49"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6F012F16"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1B786484"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74B4E9CD"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5B7A531C"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7ED339E7"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08613FDE"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15DBDF53"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2F13250E"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0C8162E1"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5ABB0E94" w14:textId="77777777" w:rsidR="00E01F49" w:rsidRDefault="00E01F49" w:rsidP="00655BFE">
      <w:pPr>
        <w:jc w:val="both"/>
        <w:rPr>
          <w:rFonts w:asciiTheme="majorBidi" w:hAnsiTheme="majorBidi" w:cstheme="majorBidi"/>
          <w:rtl/>
        </w:rPr>
      </w:pPr>
    </w:p>
    <w:p w14:paraId="552B307C" w14:textId="77777777" w:rsidR="00E01F49" w:rsidRDefault="00E01F49" w:rsidP="00655BFE">
      <w:pPr>
        <w:jc w:val="both"/>
        <w:rPr>
          <w:rFonts w:asciiTheme="majorBidi" w:hAnsiTheme="majorBidi" w:cstheme="majorBidi"/>
          <w:rtl/>
        </w:rPr>
      </w:pPr>
    </w:p>
    <w:p w14:paraId="74EFF463" w14:textId="77777777" w:rsidR="00E01F49" w:rsidRDefault="00E01F49" w:rsidP="00655BFE">
      <w:pPr>
        <w:jc w:val="both"/>
        <w:rPr>
          <w:rFonts w:asciiTheme="majorBidi" w:hAnsiTheme="majorBidi" w:cstheme="majorBidi"/>
          <w:rtl/>
        </w:rPr>
      </w:pPr>
    </w:p>
    <w:p w14:paraId="347F7705" w14:textId="77777777" w:rsidR="00FB33D3" w:rsidRDefault="00FB33D3" w:rsidP="00655BFE">
      <w:pPr>
        <w:jc w:val="both"/>
        <w:rPr>
          <w:rFonts w:asciiTheme="majorBidi" w:hAnsiTheme="majorBidi" w:cstheme="majorBidi"/>
          <w:rtl/>
        </w:rPr>
      </w:pPr>
    </w:p>
    <w:p w14:paraId="1905DACD" w14:textId="77777777" w:rsidR="00FB33D3" w:rsidRDefault="00FB33D3" w:rsidP="00655BFE">
      <w:pPr>
        <w:jc w:val="both"/>
        <w:rPr>
          <w:rFonts w:asciiTheme="majorBidi" w:hAnsiTheme="majorBidi" w:cstheme="majorBidi"/>
          <w:rtl/>
        </w:rPr>
      </w:pPr>
    </w:p>
    <w:p w14:paraId="10A7B81A" w14:textId="77777777" w:rsidR="00FB33D3" w:rsidRDefault="00FB33D3" w:rsidP="00655BFE">
      <w:pPr>
        <w:jc w:val="both"/>
        <w:rPr>
          <w:rFonts w:asciiTheme="majorBidi" w:hAnsiTheme="majorBidi" w:cstheme="majorBidi"/>
          <w:rtl/>
        </w:rPr>
      </w:pPr>
    </w:p>
    <w:p w14:paraId="0D4E77D1" w14:textId="77777777" w:rsidR="00FB33D3" w:rsidRDefault="00FB33D3" w:rsidP="00655BFE">
      <w:pPr>
        <w:jc w:val="both"/>
        <w:rPr>
          <w:rFonts w:asciiTheme="majorBidi" w:hAnsiTheme="majorBidi" w:cstheme="majorBidi"/>
          <w:rtl/>
        </w:rPr>
      </w:pPr>
    </w:p>
    <w:p w14:paraId="16575383" w14:textId="77777777" w:rsidR="00E01F49" w:rsidRDefault="00E01F49" w:rsidP="00655BFE">
      <w:pPr>
        <w:jc w:val="both"/>
        <w:rPr>
          <w:rFonts w:asciiTheme="majorBidi" w:hAnsiTheme="majorBidi" w:cstheme="majorBidi"/>
          <w:rtl/>
        </w:rPr>
      </w:pPr>
    </w:p>
    <w:p w14:paraId="2F2B801D"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7B0FDAE1" w14:textId="77777777" w:rsidTr="00FB50E0">
        <w:trPr>
          <w:trHeight w:val="398"/>
          <w:jc w:val="center"/>
        </w:trPr>
        <w:tc>
          <w:tcPr>
            <w:tcW w:w="2320" w:type="dxa"/>
            <w:vAlign w:val="center"/>
          </w:tcPr>
          <w:p w14:paraId="32DEA2DD"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221AD952"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13185E1F" w14:textId="77777777" w:rsidTr="00FB50E0">
        <w:trPr>
          <w:trHeight w:val="377"/>
          <w:jc w:val="center"/>
        </w:trPr>
        <w:tc>
          <w:tcPr>
            <w:tcW w:w="2320" w:type="dxa"/>
            <w:vAlign w:val="center"/>
          </w:tcPr>
          <w:p w14:paraId="2A4CDD81"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61DA69C4"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497CFA04" w14:textId="77777777" w:rsidTr="00FB50E0">
        <w:trPr>
          <w:trHeight w:val="377"/>
          <w:jc w:val="center"/>
        </w:trPr>
        <w:tc>
          <w:tcPr>
            <w:tcW w:w="2320" w:type="dxa"/>
            <w:vAlign w:val="center"/>
          </w:tcPr>
          <w:p w14:paraId="28DF7D8A"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20DFEC67"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7068E779" w14:textId="77777777" w:rsidTr="00FB50E0">
        <w:trPr>
          <w:trHeight w:val="377"/>
          <w:jc w:val="center"/>
        </w:trPr>
        <w:tc>
          <w:tcPr>
            <w:tcW w:w="2320" w:type="dxa"/>
            <w:vAlign w:val="center"/>
          </w:tcPr>
          <w:p w14:paraId="5A905A0C"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6EDB5C18"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7EFF482C" w14:textId="77777777" w:rsidTr="00FB50E0">
        <w:trPr>
          <w:trHeight w:val="377"/>
          <w:jc w:val="center"/>
        </w:trPr>
        <w:tc>
          <w:tcPr>
            <w:tcW w:w="2320" w:type="dxa"/>
            <w:vAlign w:val="center"/>
          </w:tcPr>
          <w:p w14:paraId="0384F663"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1EECD6F5"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3D4583A5" w14:textId="77777777" w:rsidTr="00FB50E0">
        <w:trPr>
          <w:trHeight w:val="377"/>
          <w:jc w:val="center"/>
        </w:trPr>
        <w:tc>
          <w:tcPr>
            <w:tcW w:w="2320" w:type="dxa"/>
            <w:vAlign w:val="center"/>
          </w:tcPr>
          <w:p w14:paraId="2280B1A7"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3E2C1C46"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557344F6" w14:textId="77777777" w:rsidTr="00FB50E0">
        <w:trPr>
          <w:trHeight w:val="377"/>
          <w:jc w:val="center"/>
        </w:trPr>
        <w:tc>
          <w:tcPr>
            <w:tcW w:w="2320" w:type="dxa"/>
            <w:vAlign w:val="center"/>
          </w:tcPr>
          <w:p w14:paraId="2ED81F18"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342DA081"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3885AAC2" w14:textId="77777777" w:rsidTr="00FB50E0">
        <w:trPr>
          <w:trHeight w:val="377"/>
          <w:jc w:val="center"/>
        </w:trPr>
        <w:tc>
          <w:tcPr>
            <w:tcW w:w="2320" w:type="dxa"/>
            <w:vAlign w:val="center"/>
          </w:tcPr>
          <w:p w14:paraId="422971E0"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4B02766A"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070263C0" w14:textId="77777777" w:rsidTr="00FB50E0">
        <w:trPr>
          <w:trHeight w:val="377"/>
          <w:jc w:val="center"/>
        </w:trPr>
        <w:tc>
          <w:tcPr>
            <w:tcW w:w="2320" w:type="dxa"/>
            <w:vAlign w:val="center"/>
          </w:tcPr>
          <w:p w14:paraId="7AF49DAE"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155207D0"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2544CCC4" w14:textId="77777777" w:rsidTr="00FB50E0">
        <w:trPr>
          <w:trHeight w:val="377"/>
          <w:jc w:val="center"/>
        </w:trPr>
        <w:tc>
          <w:tcPr>
            <w:tcW w:w="2320" w:type="dxa"/>
            <w:vAlign w:val="center"/>
          </w:tcPr>
          <w:p w14:paraId="01B95E2C"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3F5E71E9"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3C0B72AF" w14:textId="77777777" w:rsidTr="00FB50E0">
        <w:trPr>
          <w:trHeight w:val="398"/>
          <w:jc w:val="center"/>
        </w:trPr>
        <w:tc>
          <w:tcPr>
            <w:tcW w:w="2320" w:type="dxa"/>
            <w:vAlign w:val="center"/>
          </w:tcPr>
          <w:p w14:paraId="5B7052DE"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7F27FC6A"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1E3B66F0"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4B86A" w14:textId="77777777" w:rsidR="006C57AD" w:rsidRDefault="006C57AD" w:rsidP="00FA7B09">
      <w:pPr>
        <w:spacing w:after="0" w:line="240" w:lineRule="auto"/>
      </w:pPr>
      <w:r>
        <w:separator/>
      </w:r>
    </w:p>
  </w:endnote>
  <w:endnote w:type="continuationSeparator" w:id="0">
    <w:p w14:paraId="0C4D3068" w14:textId="77777777" w:rsidR="006C57AD" w:rsidRDefault="006C57AD"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89D78" w14:textId="77777777" w:rsidR="006C57AD" w:rsidRDefault="006C57AD" w:rsidP="00FA7B09">
      <w:pPr>
        <w:spacing w:after="0" w:line="240" w:lineRule="auto"/>
      </w:pPr>
      <w:r>
        <w:separator/>
      </w:r>
    </w:p>
  </w:footnote>
  <w:footnote w:type="continuationSeparator" w:id="0">
    <w:p w14:paraId="2FA9A91D" w14:textId="77777777" w:rsidR="006C57AD" w:rsidRDefault="006C57AD"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FAAD" w14:textId="584D2BD7" w:rsidR="00FA7B09" w:rsidRDefault="003E315F" w:rsidP="003E315F">
    <w:pPr>
      <w:pStyle w:val="Header"/>
    </w:pPr>
    <w:r>
      <w:rPr>
        <w:noProof/>
      </w:rPr>
      <w:drawing>
        <wp:anchor distT="0" distB="0" distL="114300" distR="114300" simplePos="0" relativeHeight="251658240" behindDoc="1" locked="0" layoutInCell="1" allowOverlap="1" wp14:anchorId="2397AB07" wp14:editId="19DE994C">
          <wp:simplePos x="0" y="0"/>
          <wp:positionH relativeFrom="column">
            <wp:posOffset>-1143000</wp:posOffset>
          </wp:positionH>
          <wp:positionV relativeFrom="paragraph">
            <wp:posOffset>-457200</wp:posOffset>
          </wp:positionV>
          <wp:extent cx="7772400" cy="1480185"/>
          <wp:effectExtent l="0" t="0" r="0" b="5715"/>
          <wp:wrapTight wrapText="bothSides">
            <wp:wrapPolygon edited="0">
              <wp:start x="0" y="0"/>
              <wp:lineTo x="0" y="21405"/>
              <wp:lineTo x="21547" y="21405"/>
              <wp:lineTo x="21547"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772400" cy="14801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15074B"/>
    <w:rsid w:val="0029639D"/>
    <w:rsid w:val="00326F90"/>
    <w:rsid w:val="00383F0F"/>
    <w:rsid w:val="003E315F"/>
    <w:rsid w:val="00404B2F"/>
    <w:rsid w:val="00655BFE"/>
    <w:rsid w:val="00687C7F"/>
    <w:rsid w:val="00694E62"/>
    <w:rsid w:val="006C57AD"/>
    <w:rsid w:val="00913BB3"/>
    <w:rsid w:val="009440B3"/>
    <w:rsid w:val="009E4002"/>
    <w:rsid w:val="009E7020"/>
    <w:rsid w:val="00AA1D8D"/>
    <w:rsid w:val="00B47730"/>
    <w:rsid w:val="00B81033"/>
    <w:rsid w:val="00C624FF"/>
    <w:rsid w:val="00CB0664"/>
    <w:rsid w:val="00D3645F"/>
    <w:rsid w:val="00D476E3"/>
    <w:rsid w:val="00E01F49"/>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FD54A5"/>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agrinature.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2026-06-21T11:12:00Z</dcterms:modified>
  <cp:category/>
</cp:coreProperties>
</file>